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015061" w14:paraId="176B5FF5" w14:textId="77777777">
        <w:trPr>
          <w:cantSplit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5ADFA" w14:textId="77777777" w:rsidR="00015061" w:rsidRDefault="00000000">
            <w:r>
              <w:rPr>
                <w:noProof/>
              </w:rPr>
              <w:drawing>
                <wp:inline distT="0" distB="0" distL="0" distR="0" wp14:anchorId="75B69B26" wp14:editId="796AEC79">
                  <wp:extent cx="941832" cy="94183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oudcover_logo_cropp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832" cy="941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00AA4" w14:textId="77777777" w:rsidR="00015061" w:rsidRDefault="00000000">
            <w:r>
              <w:rPr>
                <w:b/>
                <w:sz w:val="44"/>
              </w:rPr>
              <w:t>CLOUD COVER</w:t>
            </w:r>
          </w:p>
          <w:p w14:paraId="59F4FF9B" w14:textId="77777777" w:rsidR="00015061" w:rsidRDefault="00000000">
            <w:pPr>
              <w:spacing w:after="20"/>
            </w:pPr>
            <w:r>
              <w:rPr>
                <w:b/>
                <w:color w:val="373737"/>
                <w:sz w:val="26"/>
              </w:rPr>
              <w:t>PERFORMANCE QUOTE REQUEST</w:t>
            </w:r>
          </w:p>
          <w:p w14:paraId="26FEC8D5" w14:textId="77777777" w:rsidR="00015061" w:rsidRDefault="00000000">
            <w:pPr>
              <w:spacing w:after="0"/>
            </w:pPr>
            <w:r>
              <w:rPr>
                <w:color w:val="505050"/>
                <w:sz w:val="17"/>
              </w:rPr>
              <w:t>Please complete this form so we can provide an accurate quote and plan a smooth event.</w:t>
            </w:r>
          </w:p>
        </w:tc>
      </w:tr>
    </w:tbl>
    <w:p w14:paraId="0D4D05E9" w14:textId="77777777" w:rsidR="00015061" w:rsidRDefault="00015061">
      <w:pPr>
        <w:pBdr>
          <w:bottom w:val="single" w:sz="12" w:space="1" w:color="111111"/>
        </w:pBdr>
        <w:spacing w:before="20" w:after="80"/>
      </w:pPr>
    </w:p>
    <w:tbl>
      <w:tblPr>
        <w:tblW w:w="10969" w:type="dxa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85"/>
        <w:gridCol w:w="12"/>
      </w:tblGrid>
      <w:tr w:rsidR="00015061" w14:paraId="15FEA9CF" w14:textId="77777777" w:rsidTr="00C72BAF">
        <w:trPr>
          <w:gridAfter w:val="1"/>
          <w:wAfter w:w="12" w:type="dxa"/>
          <w:cantSplit/>
          <w:jc w:val="center"/>
        </w:trPr>
        <w:tc>
          <w:tcPr>
            <w:tcW w:w="10957" w:type="dxa"/>
            <w:gridSpan w:val="2"/>
            <w:tcBorders>
              <w:top w:val="single" w:sz="1" w:space="0" w:color="111111"/>
              <w:left w:val="single" w:sz="1" w:space="0" w:color="111111"/>
              <w:bottom w:val="single" w:sz="1" w:space="0" w:color="111111"/>
              <w:right w:val="single" w:sz="1" w:space="0" w:color="111111"/>
            </w:tcBorders>
            <w:shd w:val="clear" w:color="auto" w:fill="111111"/>
            <w:tcMar>
              <w:top w:w="50" w:type="dxa"/>
              <w:left w:w="90" w:type="dxa"/>
              <w:bottom w:w="40" w:type="dxa"/>
              <w:right w:w="90" w:type="dxa"/>
            </w:tcMar>
          </w:tcPr>
          <w:p w14:paraId="5EE86F32" w14:textId="77777777" w:rsidR="00015061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1. CONTACT &amp; EVENT</w:t>
            </w:r>
          </w:p>
        </w:tc>
      </w:tr>
      <w:tr w:rsidR="00015061" w14:paraId="02CD5761" w14:textId="77777777" w:rsidTr="00C72BAF">
        <w:trPr>
          <w:cantSplit/>
          <w:jc w:val="center"/>
        </w:trPr>
        <w:tc>
          <w:tcPr>
            <w:tcW w:w="5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5C5191A" w14:textId="77777777" w:rsidR="00015061" w:rsidRDefault="00000000">
            <w:pPr>
              <w:spacing w:after="0"/>
            </w:pPr>
            <w:r>
              <w:rPr>
                <w:b/>
              </w:rPr>
              <w:t>Client Name:</w:t>
            </w:r>
            <w:r>
              <w:t xml:space="preserve"> ______________________________________</w:t>
            </w:r>
          </w:p>
        </w:tc>
        <w:tc>
          <w:tcPr>
            <w:tcW w:w="549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560EF68" w14:textId="77777777" w:rsidR="00015061" w:rsidRDefault="00000000">
            <w:pPr>
              <w:spacing w:after="0"/>
            </w:pPr>
            <w:r>
              <w:rPr>
                <w:b/>
              </w:rPr>
              <w:t>Phone:</w:t>
            </w:r>
            <w:r>
              <w:t xml:space="preserve"> ______________________________</w:t>
            </w:r>
          </w:p>
        </w:tc>
      </w:tr>
      <w:tr w:rsidR="00015061" w14:paraId="2EDB9FE0" w14:textId="77777777" w:rsidTr="00C72BAF">
        <w:trPr>
          <w:cantSplit/>
          <w:jc w:val="center"/>
        </w:trPr>
        <w:tc>
          <w:tcPr>
            <w:tcW w:w="5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A9DDB9D" w14:textId="77777777" w:rsidR="00015061" w:rsidRDefault="00000000">
            <w:pPr>
              <w:spacing w:after="0"/>
            </w:pPr>
            <w:r>
              <w:rPr>
                <w:b/>
              </w:rPr>
              <w:t>Email:</w:t>
            </w:r>
            <w:r>
              <w:t xml:space="preserve"> ___________________________________________</w:t>
            </w:r>
          </w:p>
        </w:tc>
        <w:tc>
          <w:tcPr>
            <w:tcW w:w="549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4FED26E" w14:textId="77777777" w:rsidR="00015061" w:rsidRDefault="00000000">
            <w:pPr>
              <w:spacing w:after="0"/>
            </w:pPr>
            <w:r>
              <w:rPr>
                <w:b/>
              </w:rPr>
              <w:t>Event Date:</w:t>
            </w:r>
            <w:r>
              <w:t xml:space="preserve"> __________________________</w:t>
            </w:r>
          </w:p>
        </w:tc>
      </w:tr>
      <w:tr w:rsidR="00015061" w14:paraId="2A92D2CF" w14:textId="77777777" w:rsidTr="00C72BAF">
        <w:trPr>
          <w:cantSplit/>
          <w:jc w:val="center"/>
        </w:trPr>
        <w:tc>
          <w:tcPr>
            <w:tcW w:w="1096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A912D04" w14:textId="77777777" w:rsidR="00015061" w:rsidRDefault="00000000">
            <w:pPr>
              <w:spacing w:after="0"/>
            </w:pPr>
            <w:r>
              <w:rPr>
                <w:b/>
              </w:rPr>
              <w:t>Event Address:</w:t>
            </w:r>
            <w:r>
              <w:t xml:space="preserve"> _______________________________________________________________________________________</w:t>
            </w:r>
          </w:p>
          <w:p w14:paraId="6E78C7B8" w14:textId="77777777" w:rsidR="00015061" w:rsidRDefault="00015061">
            <w:pPr>
              <w:spacing w:after="0"/>
            </w:pPr>
          </w:p>
        </w:tc>
      </w:tr>
      <w:tr w:rsidR="00015061" w14:paraId="7BF85D4F" w14:textId="77777777" w:rsidTr="00C72BAF">
        <w:trPr>
          <w:cantSplit/>
          <w:jc w:val="center"/>
        </w:trPr>
        <w:tc>
          <w:tcPr>
            <w:tcW w:w="1096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DAE1781" w14:textId="77777777" w:rsidR="00015061" w:rsidRDefault="00000000">
            <w:pPr>
              <w:spacing w:after="0"/>
            </w:pPr>
            <w:r>
              <w:rPr>
                <w:b/>
              </w:rPr>
              <w:t>Type of Event:</w:t>
            </w:r>
            <w:r>
              <w:t xml:space="preserve"> ☐ Private Party  ☐ Wedding/Reception  ☐ Corporate  ☐ Festival/Community  ☐ Venue  ☐ Fundraiser  ☐ Other: ___________</w:t>
            </w:r>
          </w:p>
          <w:p w14:paraId="7AC89490" w14:textId="77777777" w:rsidR="00015061" w:rsidRDefault="00015061">
            <w:pPr>
              <w:spacing w:after="0"/>
            </w:pPr>
          </w:p>
        </w:tc>
      </w:tr>
      <w:tr w:rsidR="00015061" w14:paraId="2D576CEC" w14:textId="77777777" w:rsidTr="00C72BAF">
        <w:trPr>
          <w:cantSplit/>
          <w:jc w:val="center"/>
        </w:trPr>
        <w:tc>
          <w:tcPr>
            <w:tcW w:w="5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220896D" w14:textId="4EDD0F2B" w:rsidR="00015061" w:rsidRDefault="00000000">
            <w:pPr>
              <w:spacing w:after="0"/>
            </w:pPr>
            <w:r>
              <w:rPr>
                <w:b/>
              </w:rPr>
              <w:t>Expected Guest</w:t>
            </w:r>
            <w:r w:rsidR="00852ECE">
              <w:rPr>
                <w:b/>
              </w:rPr>
              <w:t xml:space="preserve"> #</w:t>
            </w:r>
            <w:r>
              <w:rPr>
                <w:b/>
              </w:rPr>
              <w:t>:</w:t>
            </w:r>
            <w:r>
              <w:t xml:space="preserve"> __________________</w:t>
            </w:r>
          </w:p>
        </w:tc>
        <w:tc>
          <w:tcPr>
            <w:tcW w:w="549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544D977" w14:textId="77777777" w:rsidR="00015061" w:rsidRDefault="00000000">
            <w:pPr>
              <w:spacing w:after="0"/>
            </w:pPr>
            <w:r>
              <w:rPr>
                <w:b/>
              </w:rPr>
              <w:t>Dress Code:</w:t>
            </w:r>
            <w:r>
              <w:t xml:space="preserve"> ☐ Band's normal attire / No preference  ☐ Business Casual  ☐ Dressy/Formal  ☐ Themed  ☐ Other: _________</w:t>
            </w:r>
          </w:p>
        </w:tc>
      </w:tr>
    </w:tbl>
    <w:p w14:paraId="0DFA572E" w14:textId="77777777" w:rsidR="00015061" w:rsidRDefault="00015061">
      <w:pPr>
        <w:spacing w:after="60"/>
      </w:pPr>
    </w:p>
    <w:tbl>
      <w:tblPr>
        <w:tblW w:w="10962" w:type="dxa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2131"/>
        <w:gridCol w:w="1210"/>
        <w:gridCol w:w="921"/>
        <w:gridCol w:w="2131"/>
        <w:gridCol w:w="2438"/>
      </w:tblGrid>
      <w:tr w:rsidR="00015061" w14:paraId="0E3B0DBC" w14:textId="77777777" w:rsidTr="00C72BAF">
        <w:trPr>
          <w:cantSplit/>
          <w:trHeight w:val="407"/>
          <w:jc w:val="center"/>
        </w:trPr>
        <w:tc>
          <w:tcPr>
            <w:tcW w:w="10962" w:type="dxa"/>
            <w:gridSpan w:val="6"/>
            <w:tcBorders>
              <w:top w:val="single" w:sz="1" w:space="0" w:color="111111"/>
              <w:left w:val="single" w:sz="1" w:space="0" w:color="111111"/>
              <w:bottom w:val="single" w:sz="1" w:space="0" w:color="111111"/>
              <w:right w:val="single" w:sz="1" w:space="0" w:color="111111"/>
            </w:tcBorders>
            <w:shd w:val="clear" w:color="auto" w:fill="111111"/>
            <w:tcMar>
              <w:top w:w="50" w:type="dxa"/>
              <w:left w:w="90" w:type="dxa"/>
              <w:bottom w:w="40" w:type="dxa"/>
              <w:right w:w="90" w:type="dxa"/>
            </w:tcMar>
          </w:tcPr>
          <w:p w14:paraId="57EF3116" w14:textId="77777777" w:rsidR="00015061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2. PERFORMANCE</w:t>
            </w:r>
          </w:p>
        </w:tc>
      </w:tr>
      <w:tr w:rsidR="00015061" w14:paraId="6C9DDA8D" w14:textId="77777777" w:rsidTr="00C72BAF">
        <w:trPr>
          <w:cantSplit/>
          <w:jc w:val="center"/>
        </w:trPr>
        <w:tc>
          <w:tcPr>
            <w:tcW w:w="5472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A8A98A0" w14:textId="76FCE909" w:rsidR="00015061" w:rsidRDefault="00000000">
            <w:pPr>
              <w:spacing w:after="0"/>
            </w:pPr>
            <w:r>
              <w:rPr>
                <w:b/>
              </w:rPr>
              <w:t>Requested musical performance:</w:t>
            </w:r>
            <w:r>
              <w:t xml:space="preserve"> ______ hours</w:t>
            </w:r>
            <w:r w:rsidR="0008757D">
              <w:t xml:space="preserve"> (minimum 2)</w:t>
            </w:r>
          </w:p>
        </w:tc>
        <w:tc>
          <w:tcPr>
            <w:tcW w:w="549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20DF5DD" w14:textId="77777777" w:rsidR="00015061" w:rsidRDefault="00000000">
            <w:pPr>
              <w:spacing w:after="0"/>
            </w:pPr>
            <w:r>
              <w:rPr>
                <w:b/>
              </w:rPr>
              <w:t>Special timing requirements:</w:t>
            </w:r>
            <w:r>
              <w:t xml:space="preserve"> ____________________________</w:t>
            </w:r>
          </w:p>
        </w:tc>
      </w:tr>
      <w:tr w:rsidR="00015061" w14:paraId="440F263B" w14:textId="77777777" w:rsidTr="00C72BAF">
        <w:trPr>
          <w:cantSplit/>
          <w:jc w:val="center"/>
        </w:trPr>
        <w:tc>
          <w:tcPr>
            <w:tcW w:w="21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ED64710" w14:textId="77777777" w:rsidR="00015061" w:rsidRDefault="00000000">
            <w:r>
              <w:rPr>
                <w:b/>
                <w:sz w:val="16"/>
              </w:rPr>
              <w:t>Load-in:</w:t>
            </w:r>
            <w:r>
              <w:rPr>
                <w:sz w:val="16"/>
              </w:rPr>
              <w:t xml:space="preserve"> __________</w:t>
            </w:r>
          </w:p>
        </w:tc>
        <w:tc>
          <w:tcPr>
            <w:tcW w:w="21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D711A88" w14:textId="77777777" w:rsidR="00015061" w:rsidRDefault="00000000">
            <w:r>
              <w:rPr>
                <w:b/>
                <w:sz w:val="16"/>
              </w:rPr>
              <w:t>Soundcheck by:</w:t>
            </w:r>
            <w:r>
              <w:rPr>
                <w:sz w:val="16"/>
              </w:rPr>
              <w:t xml:space="preserve"> __________</w:t>
            </w:r>
          </w:p>
        </w:tc>
        <w:tc>
          <w:tcPr>
            <w:tcW w:w="2131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713DEFF" w14:textId="77777777" w:rsidR="00015061" w:rsidRDefault="00000000">
            <w:r>
              <w:rPr>
                <w:b/>
                <w:sz w:val="16"/>
              </w:rPr>
              <w:t>Downbeat:</w:t>
            </w:r>
            <w:r>
              <w:rPr>
                <w:sz w:val="16"/>
              </w:rPr>
              <w:t xml:space="preserve"> __________</w:t>
            </w:r>
          </w:p>
        </w:tc>
        <w:tc>
          <w:tcPr>
            <w:tcW w:w="21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05EC5C3" w14:textId="77777777" w:rsidR="00015061" w:rsidRDefault="00000000">
            <w:r>
              <w:rPr>
                <w:b/>
                <w:sz w:val="16"/>
              </w:rPr>
              <w:t>End:</w:t>
            </w:r>
            <w:r>
              <w:rPr>
                <w:sz w:val="16"/>
              </w:rPr>
              <w:t xml:space="preserve"> __________</w:t>
            </w: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ED59DAF" w14:textId="77777777" w:rsidR="00015061" w:rsidRDefault="00000000">
            <w:r>
              <w:rPr>
                <w:b/>
                <w:sz w:val="16"/>
              </w:rPr>
              <w:t>Out by:</w:t>
            </w:r>
            <w:r>
              <w:rPr>
                <w:sz w:val="16"/>
              </w:rPr>
              <w:t xml:space="preserve"> __________</w:t>
            </w:r>
          </w:p>
        </w:tc>
      </w:tr>
    </w:tbl>
    <w:p w14:paraId="143A6F3E" w14:textId="77777777" w:rsidR="00015061" w:rsidRDefault="00000000">
      <w:pPr>
        <w:spacing w:before="40" w:after="80"/>
        <w:ind w:left="72" w:right="72"/>
      </w:pPr>
      <w:r>
        <w:rPr>
          <w:b/>
          <w:color w:val="414141"/>
          <w:sz w:val="16"/>
        </w:rPr>
        <w:t>Breaks:</w:t>
      </w:r>
      <w:r>
        <w:rPr>
          <w:color w:val="414141"/>
          <w:sz w:val="16"/>
        </w:rPr>
        <w:t xml:space="preserve"> Up to 2 hours - no break is acceptable. More than 2 hours - 10-minute breaks every 60-75 minutes are required.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15061" w14:paraId="0C16A43D" w14:textId="77777777">
        <w:trPr>
          <w:cantSplit/>
          <w:jc w:val="center"/>
        </w:trPr>
        <w:tc>
          <w:tcPr>
            <w:tcW w:w="109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0CA4DC8" w14:textId="77777777" w:rsidR="00015061" w:rsidRDefault="00000000">
            <w:pPr>
              <w:spacing w:after="0"/>
            </w:pPr>
            <w:r>
              <w:rPr>
                <w:b/>
              </w:rPr>
              <w:t>PA use:</w:t>
            </w:r>
            <w:r>
              <w:t xml:space="preserve"> ☐ Band only   ☐ Announcements/speeches   ☐ Client-supplied break music</w:t>
            </w:r>
          </w:p>
        </w:tc>
      </w:tr>
      <w:tr w:rsidR="00015061" w14:paraId="3E9757E2" w14:textId="77777777">
        <w:trPr>
          <w:cantSplit/>
          <w:jc w:val="center"/>
        </w:trPr>
        <w:tc>
          <w:tcPr>
            <w:tcW w:w="109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BA75C93" w14:textId="77777777" w:rsidR="00015061" w:rsidRDefault="00000000">
            <w:pPr>
              <w:spacing w:after="0"/>
            </w:pPr>
            <w:r>
              <w:rPr>
                <w:b/>
              </w:rPr>
              <w:t>Break music source/device (if applicable):</w:t>
            </w:r>
            <w:r>
              <w:t xml:space="preserve"> _________________________________________________________________</w:t>
            </w:r>
          </w:p>
        </w:tc>
      </w:tr>
    </w:tbl>
    <w:p w14:paraId="4F1342D5" w14:textId="77777777" w:rsidR="00015061" w:rsidRDefault="00000000">
      <w:pPr>
        <w:spacing w:before="40" w:after="80"/>
        <w:ind w:left="72" w:right="72"/>
      </w:pPr>
      <w:r>
        <w:rPr>
          <w:i/>
          <w:color w:val="414141"/>
          <w:sz w:val="16"/>
        </w:rPr>
        <w:t>Client-supplied break music must be on a device or media source that can remain connected to the PA throughout the event. A phone that leaves with its owner between uses will not work.</w:t>
      </w:r>
    </w:p>
    <w:tbl>
      <w:tblPr>
        <w:tblW w:w="10969" w:type="dxa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85"/>
        <w:gridCol w:w="12"/>
      </w:tblGrid>
      <w:tr w:rsidR="00015061" w14:paraId="29E8AA9B" w14:textId="77777777" w:rsidTr="00C72BAF">
        <w:trPr>
          <w:gridAfter w:val="1"/>
          <w:wAfter w:w="12" w:type="dxa"/>
          <w:cantSplit/>
          <w:jc w:val="center"/>
        </w:trPr>
        <w:tc>
          <w:tcPr>
            <w:tcW w:w="10957" w:type="dxa"/>
            <w:gridSpan w:val="2"/>
            <w:tcBorders>
              <w:top w:val="single" w:sz="1" w:space="0" w:color="111111"/>
              <w:left w:val="single" w:sz="1" w:space="0" w:color="111111"/>
              <w:bottom w:val="single" w:sz="1" w:space="0" w:color="111111"/>
              <w:right w:val="single" w:sz="1" w:space="0" w:color="111111"/>
            </w:tcBorders>
            <w:shd w:val="clear" w:color="auto" w:fill="111111"/>
            <w:tcMar>
              <w:top w:w="50" w:type="dxa"/>
              <w:left w:w="90" w:type="dxa"/>
              <w:bottom w:w="40" w:type="dxa"/>
              <w:right w:w="90" w:type="dxa"/>
            </w:tcMar>
          </w:tcPr>
          <w:p w14:paraId="30F7B507" w14:textId="77777777" w:rsidR="00015061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3. VENUE</w:t>
            </w:r>
          </w:p>
        </w:tc>
      </w:tr>
      <w:tr w:rsidR="00015061" w14:paraId="0614893D" w14:textId="77777777" w:rsidTr="00C72BAF">
        <w:trPr>
          <w:cantSplit/>
          <w:jc w:val="center"/>
        </w:trPr>
        <w:tc>
          <w:tcPr>
            <w:tcW w:w="5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DE5C6B6" w14:textId="77777777" w:rsidR="00015061" w:rsidRDefault="00000000">
            <w:pPr>
              <w:spacing w:after="0"/>
            </w:pPr>
            <w:r>
              <w:rPr>
                <w:b/>
              </w:rPr>
              <w:t>Performance Area:</w:t>
            </w:r>
            <w:r>
              <w:t xml:space="preserve"> ☐ Indoor  ☐ Outdoor</w:t>
            </w:r>
          </w:p>
        </w:tc>
        <w:tc>
          <w:tcPr>
            <w:tcW w:w="549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3051C1E" w14:textId="77777777" w:rsidR="00015061" w:rsidRDefault="00000000">
            <w:pPr>
              <w:spacing w:after="0"/>
            </w:pPr>
            <w:r>
              <w:rPr>
                <w:b/>
              </w:rPr>
              <w:t>Approx. size:</w:t>
            </w:r>
            <w:r>
              <w:t xml:space="preserve"> __________ sq. ft.</w:t>
            </w:r>
          </w:p>
        </w:tc>
      </w:tr>
      <w:tr w:rsidR="00015061" w14:paraId="05F14776" w14:textId="77777777" w:rsidTr="00C72BAF">
        <w:trPr>
          <w:cantSplit/>
          <w:jc w:val="center"/>
        </w:trPr>
        <w:tc>
          <w:tcPr>
            <w:tcW w:w="54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CE19092" w14:textId="77777777" w:rsidR="00015061" w:rsidRDefault="00000000">
            <w:pPr>
              <w:spacing w:after="0"/>
            </w:pPr>
            <w:r>
              <w:rPr>
                <w:b/>
              </w:rPr>
              <w:t>Indoor:</w:t>
            </w:r>
            <w:r>
              <w:t xml:space="preserve"> ☐ Heat  ☐ A/C</w:t>
            </w:r>
          </w:p>
        </w:tc>
        <w:tc>
          <w:tcPr>
            <w:tcW w:w="5497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4741FB5" w14:textId="77777777" w:rsidR="00015061" w:rsidRDefault="00000000">
            <w:pPr>
              <w:spacing w:after="0"/>
            </w:pPr>
            <w:r>
              <w:rPr>
                <w:b/>
              </w:rPr>
              <w:t>Outdoor:</w:t>
            </w:r>
            <w:r>
              <w:t xml:space="preserve"> ☐ Fully covered/protected from weather</w:t>
            </w:r>
          </w:p>
        </w:tc>
      </w:tr>
      <w:tr w:rsidR="00015061" w14:paraId="5ABB97F8" w14:textId="77777777" w:rsidTr="00C72BAF">
        <w:trPr>
          <w:cantSplit/>
          <w:jc w:val="center"/>
        </w:trPr>
        <w:tc>
          <w:tcPr>
            <w:tcW w:w="1096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44F3224" w14:textId="77777777" w:rsidR="00015061" w:rsidRDefault="00000000">
            <w:pPr>
              <w:spacing w:after="0"/>
            </w:pPr>
            <w:r>
              <w:rPr>
                <w:b/>
              </w:rPr>
              <w:t>Venue/performance-area notes:</w:t>
            </w:r>
            <w:r>
              <w:t xml:space="preserve"> ______________________________________________________________________________</w:t>
            </w:r>
          </w:p>
          <w:p w14:paraId="3D43525D" w14:textId="77777777" w:rsidR="00015061" w:rsidRDefault="00015061">
            <w:pPr>
              <w:spacing w:after="0"/>
            </w:pPr>
          </w:p>
        </w:tc>
      </w:tr>
    </w:tbl>
    <w:p w14:paraId="69C1EB4B" w14:textId="77777777" w:rsidR="00015061" w:rsidRDefault="00000000">
      <w:pPr>
        <w:spacing w:before="40" w:after="80"/>
        <w:ind w:left="72" w:right="72"/>
      </w:pPr>
      <w:r>
        <w:rPr>
          <w:i/>
          <w:color w:val="414141"/>
          <w:sz w:val="16"/>
        </w:rPr>
        <w:t>Outdoor performances without adequate protection for the band and equipment are weather-dependent.</w:t>
      </w:r>
    </w:p>
    <w:tbl>
      <w:tblPr>
        <w:tblW w:w="10970" w:type="dxa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144"/>
        <w:gridCol w:w="5184"/>
        <w:gridCol w:w="301"/>
        <w:gridCol w:w="13"/>
      </w:tblGrid>
      <w:tr w:rsidR="00015061" w14:paraId="1356497D" w14:textId="77777777" w:rsidTr="00852ECE">
        <w:trPr>
          <w:gridAfter w:val="1"/>
          <w:wAfter w:w="13" w:type="dxa"/>
          <w:cantSplit/>
          <w:jc w:val="center"/>
        </w:trPr>
        <w:tc>
          <w:tcPr>
            <w:tcW w:w="10957" w:type="dxa"/>
            <w:gridSpan w:val="4"/>
            <w:tcBorders>
              <w:top w:val="single" w:sz="1" w:space="0" w:color="111111"/>
              <w:left w:val="single" w:sz="1" w:space="0" w:color="111111"/>
              <w:bottom w:val="single" w:sz="1" w:space="0" w:color="111111"/>
              <w:right w:val="single" w:sz="1" w:space="0" w:color="111111"/>
            </w:tcBorders>
            <w:shd w:val="clear" w:color="auto" w:fill="111111"/>
            <w:tcMar>
              <w:top w:w="50" w:type="dxa"/>
              <w:left w:w="90" w:type="dxa"/>
              <w:bottom w:w="40" w:type="dxa"/>
              <w:right w:w="90" w:type="dxa"/>
            </w:tcMar>
          </w:tcPr>
          <w:p w14:paraId="4F6C9328" w14:textId="77777777" w:rsidR="00015061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4. STAGE &amp; POWER</w:t>
            </w:r>
          </w:p>
        </w:tc>
      </w:tr>
      <w:tr w:rsidR="00015061" w14:paraId="04E9FBD5" w14:textId="77777777" w:rsidTr="00852ECE">
        <w:trPr>
          <w:cantSplit/>
          <w:jc w:val="center"/>
        </w:trPr>
        <w:tc>
          <w:tcPr>
            <w:tcW w:w="54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04DFFB9" w14:textId="77777777" w:rsidR="00015061" w:rsidRDefault="00000000">
            <w:pPr>
              <w:spacing w:after="0"/>
            </w:pPr>
            <w:r>
              <w:t>Stage provided? ☐ Yes ☐ No</w:t>
            </w:r>
          </w:p>
        </w:tc>
        <w:tc>
          <w:tcPr>
            <w:tcW w:w="549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B5848B3" w14:textId="77777777" w:rsidR="00015061" w:rsidRDefault="00000000">
            <w:pPr>
              <w:spacing w:after="0"/>
            </w:pPr>
            <w:r>
              <w:rPr>
                <w:b/>
              </w:rPr>
              <w:t>If yes, size:</w:t>
            </w:r>
            <w:r>
              <w:t xml:space="preserve"> ______ ft wide × ______ ft deep   Height: ______</w:t>
            </w:r>
          </w:p>
        </w:tc>
      </w:tr>
      <w:tr w:rsidR="00015061" w14:paraId="194F2745" w14:textId="77777777" w:rsidTr="00852ECE">
        <w:trPr>
          <w:cantSplit/>
          <w:jc w:val="center"/>
        </w:trPr>
        <w:tc>
          <w:tcPr>
            <w:tcW w:w="54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F6ED726" w14:textId="77777777" w:rsidR="00015061" w:rsidRDefault="00000000">
            <w:pPr>
              <w:spacing w:after="0"/>
            </w:pPr>
            <w:r>
              <w:t>Clean, dedicated power available? ☐ Yes ☐ No ☐ Unsure</w:t>
            </w:r>
          </w:p>
        </w:tc>
        <w:tc>
          <w:tcPr>
            <w:tcW w:w="549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A408C31" w14:textId="77777777" w:rsidR="00015061" w:rsidRDefault="00000000">
            <w:pPr>
              <w:spacing w:after="0"/>
            </w:pPr>
            <w:r>
              <w:rPr>
                <w:b/>
              </w:rPr>
              <w:t>Distance from power to band:</w:t>
            </w:r>
            <w:r>
              <w:t xml:space="preserve"> ______ ft</w:t>
            </w:r>
          </w:p>
        </w:tc>
      </w:tr>
      <w:tr w:rsidR="00015061" w14:paraId="5BC62F0A" w14:textId="77777777" w:rsidTr="00852ECE">
        <w:trPr>
          <w:cantSplit/>
          <w:jc w:val="center"/>
        </w:trPr>
        <w:tc>
          <w:tcPr>
            <w:tcW w:w="1097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CA23219" w14:textId="77777777" w:rsidR="00015061" w:rsidRDefault="00000000">
            <w:pPr>
              <w:spacing w:after="0"/>
            </w:pPr>
            <w:r>
              <w:rPr>
                <w:b/>
              </w:rPr>
              <w:t>Power/stage notes (if needed):</w:t>
            </w:r>
            <w:r>
              <w:t xml:space="preserve"> ______________________________________________________________________________</w:t>
            </w:r>
          </w:p>
          <w:p w14:paraId="4568AD1E" w14:textId="77777777" w:rsidR="00015061" w:rsidRDefault="00015061">
            <w:pPr>
              <w:spacing w:after="0"/>
            </w:pPr>
          </w:p>
        </w:tc>
      </w:tr>
      <w:tr w:rsidR="00015061" w14:paraId="2AA7ABB8" w14:textId="77777777" w:rsidTr="00852ECE">
        <w:trPr>
          <w:gridAfter w:val="2"/>
          <w:wAfter w:w="314" w:type="dxa"/>
          <w:cantSplit/>
          <w:jc w:val="center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63F35" w14:textId="2695FFD5" w:rsidR="00015061" w:rsidRDefault="00015061"/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394FE" w14:textId="7611DE9C" w:rsidR="00015061" w:rsidRDefault="00015061"/>
        </w:tc>
      </w:tr>
      <w:tr w:rsidR="00015061" w14:paraId="5E48401C" w14:textId="77777777" w:rsidTr="00852ECE">
        <w:trPr>
          <w:gridAfter w:val="2"/>
          <w:wAfter w:w="314" w:type="dxa"/>
          <w:cantSplit/>
          <w:jc w:val="center"/>
        </w:trPr>
        <w:tc>
          <w:tcPr>
            <w:tcW w:w="10656" w:type="dxa"/>
            <w:gridSpan w:val="3"/>
            <w:tcBorders>
              <w:top w:val="single" w:sz="1" w:space="0" w:color="111111"/>
              <w:left w:val="single" w:sz="1" w:space="0" w:color="111111"/>
              <w:bottom w:val="single" w:sz="1" w:space="0" w:color="111111"/>
              <w:right w:val="single" w:sz="1" w:space="0" w:color="111111"/>
            </w:tcBorders>
            <w:shd w:val="clear" w:color="auto" w:fill="111111"/>
            <w:tcMar>
              <w:top w:w="50" w:type="dxa"/>
              <w:left w:w="90" w:type="dxa"/>
              <w:bottom w:w="40" w:type="dxa"/>
              <w:right w:w="90" w:type="dxa"/>
            </w:tcMar>
          </w:tcPr>
          <w:p w14:paraId="524FE670" w14:textId="77777777" w:rsidR="00015061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5. LOAD-IN / LOAD-OUT LOGISTICS</w:t>
            </w:r>
          </w:p>
        </w:tc>
      </w:tr>
      <w:tr w:rsidR="00015061" w14:paraId="14C5D06A" w14:textId="77777777" w:rsidTr="00852ECE">
        <w:trPr>
          <w:cantSplit/>
          <w:jc w:val="center"/>
        </w:trPr>
        <w:tc>
          <w:tcPr>
            <w:tcW w:w="54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4D061D1" w14:textId="77777777" w:rsidR="00015061" w:rsidRDefault="00000000">
            <w:pPr>
              <w:spacing w:after="0"/>
            </w:pPr>
            <w:r>
              <w:rPr>
                <w:b/>
              </w:rPr>
              <w:t>Distance from vehicle/parking to stage:</w:t>
            </w:r>
            <w:r>
              <w:t xml:space="preserve"> ______ ft</w:t>
            </w:r>
          </w:p>
        </w:tc>
        <w:tc>
          <w:tcPr>
            <w:tcW w:w="549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9455B21" w14:textId="77777777" w:rsidR="00015061" w:rsidRDefault="00000000">
            <w:pPr>
              <w:spacing w:after="0"/>
            </w:pPr>
            <w:r>
              <w:t>Free band parking available? ☐ Yes ☐ No</w:t>
            </w:r>
          </w:p>
        </w:tc>
      </w:tr>
      <w:tr w:rsidR="00015061" w14:paraId="534C958E" w14:textId="77777777" w:rsidTr="00852ECE">
        <w:trPr>
          <w:cantSplit/>
          <w:jc w:val="center"/>
        </w:trPr>
        <w:tc>
          <w:tcPr>
            <w:tcW w:w="10969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3D93AAB" w14:textId="77777777" w:rsidR="00015061" w:rsidRDefault="00000000">
            <w:pPr>
              <w:spacing w:after="0"/>
            </w:pPr>
            <w:r>
              <w:rPr>
                <w:b/>
              </w:rPr>
              <w:t>Route:</w:t>
            </w:r>
            <w:r>
              <w:t xml:space="preserve"> ☐ Level/easy access  ☐ Stairs: ______  ☐ Uphill/downhill  ☐ Ramp  ☐ Gravel/grass/uneven surface</w:t>
            </w:r>
          </w:p>
          <w:p w14:paraId="3FAC6286" w14:textId="77777777" w:rsidR="00015061" w:rsidRDefault="00015061">
            <w:pPr>
              <w:spacing w:after="0"/>
            </w:pPr>
          </w:p>
        </w:tc>
      </w:tr>
      <w:tr w:rsidR="00015061" w14:paraId="40D1517B" w14:textId="77777777" w:rsidTr="00852ECE">
        <w:trPr>
          <w:cantSplit/>
          <w:jc w:val="center"/>
        </w:trPr>
        <w:tc>
          <w:tcPr>
            <w:tcW w:w="54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C12517C" w14:textId="77777777" w:rsidR="00015061" w:rsidRDefault="00000000">
            <w:pPr>
              <w:spacing w:after="0"/>
            </w:pPr>
            <w:r>
              <w:t>Is the load-in/load-out area and route secure? ☐ Yes ☐ No</w:t>
            </w:r>
          </w:p>
        </w:tc>
        <w:tc>
          <w:tcPr>
            <w:tcW w:w="5497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5CCE747" w14:textId="77777777" w:rsidR="00015061" w:rsidRDefault="00000000">
            <w:pPr>
              <w:spacing w:after="0"/>
            </w:pPr>
            <w:r>
              <w:t>Elevator available if needed? ☐ Yes ☐ No ☐ N/A</w:t>
            </w:r>
          </w:p>
        </w:tc>
      </w:tr>
      <w:tr w:rsidR="00015061" w14:paraId="0E6C081D" w14:textId="77777777" w:rsidTr="00852ECE">
        <w:trPr>
          <w:cantSplit/>
          <w:jc w:val="center"/>
        </w:trPr>
        <w:tc>
          <w:tcPr>
            <w:tcW w:w="10969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92FA87C" w14:textId="77777777" w:rsidR="00015061" w:rsidRDefault="00000000">
            <w:pPr>
              <w:spacing w:after="0"/>
            </w:pPr>
            <w:r>
              <w:rPr>
                <w:b/>
              </w:rPr>
              <w:t>Access/logistics notes:</w:t>
            </w:r>
            <w:r>
              <w:t xml:space="preserve"> ______________________________________________________________________________________</w:t>
            </w:r>
          </w:p>
          <w:p w14:paraId="745F7DDA" w14:textId="77777777" w:rsidR="00015061" w:rsidRDefault="00015061">
            <w:pPr>
              <w:spacing w:after="0"/>
            </w:pPr>
          </w:p>
        </w:tc>
      </w:tr>
      <w:tr w:rsidR="00015061" w14:paraId="77AE5A3A" w14:textId="77777777" w:rsidTr="00852ECE">
        <w:trPr>
          <w:cantSplit/>
          <w:jc w:val="center"/>
        </w:trPr>
        <w:tc>
          <w:tcPr>
            <w:tcW w:w="10969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17FF402" w14:textId="77777777" w:rsidR="00015061" w:rsidRDefault="00000000">
            <w:pPr>
              <w:spacing w:after="0"/>
            </w:pPr>
            <w:r>
              <w:t>_____________________________________________________________________________________________________________</w:t>
            </w:r>
          </w:p>
          <w:p w14:paraId="04C0E8C4" w14:textId="77777777" w:rsidR="00015061" w:rsidRDefault="00015061">
            <w:pPr>
              <w:spacing w:after="0"/>
            </w:pPr>
          </w:p>
        </w:tc>
      </w:tr>
    </w:tbl>
    <w:p w14:paraId="76C857A8" w14:textId="77777777" w:rsidR="00015061" w:rsidRDefault="00015061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  <w:gridCol w:w="313"/>
      </w:tblGrid>
      <w:tr w:rsidR="00015061" w14:paraId="350D0FDC" w14:textId="77777777">
        <w:trPr>
          <w:gridAfter w:val="1"/>
          <w:wAfter w:w="313" w:type="dxa"/>
          <w:cantSplit/>
          <w:jc w:val="center"/>
        </w:trPr>
        <w:tc>
          <w:tcPr>
            <w:tcW w:w="10656" w:type="dxa"/>
            <w:tcBorders>
              <w:top w:val="single" w:sz="1" w:space="0" w:color="111111"/>
              <w:left w:val="single" w:sz="1" w:space="0" w:color="111111"/>
              <w:bottom w:val="single" w:sz="1" w:space="0" w:color="111111"/>
              <w:right w:val="single" w:sz="1" w:space="0" w:color="111111"/>
            </w:tcBorders>
            <w:shd w:val="clear" w:color="auto" w:fill="111111"/>
            <w:tcMar>
              <w:top w:w="50" w:type="dxa"/>
              <w:left w:w="90" w:type="dxa"/>
              <w:bottom w:w="40" w:type="dxa"/>
              <w:right w:w="90" w:type="dxa"/>
            </w:tcMar>
          </w:tcPr>
          <w:p w14:paraId="7ED7BA25" w14:textId="77777777" w:rsidR="00015061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6. BAND HOSPITALITY</w:t>
            </w:r>
          </w:p>
        </w:tc>
      </w:tr>
      <w:tr w:rsidR="00015061" w14:paraId="4085686A" w14:textId="77777777">
        <w:trPr>
          <w:cantSplit/>
          <w:jc w:val="center"/>
        </w:trPr>
        <w:tc>
          <w:tcPr>
            <w:tcW w:w="1094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1262C7C" w14:textId="77777777" w:rsidR="00015061" w:rsidRDefault="00000000">
            <w:pPr>
              <w:spacing w:after="0"/>
            </w:pPr>
            <w:r>
              <w:t>☐ Meal provided   ☐ Snacks   ☐ Non-alcoholic drinks   ☐ Drink tickets/bar tab   ☐ Food available nearby   ☐ None</w:t>
            </w:r>
          </w:p>
        </w:tc>
      </w:tr>
      <w:tr w:rsidR="00015061" w14:paraId="75C869B6" w14:textId="77777777">
        <w:trPr>
          <w:cantSplit/>
          <w:jc w:val="center"/>
        </w:trPr>
        <w:tc>
          <w:tcPr>
            <w:tcW w:w="1094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9037C67" w14:textId="77777777" w:rsidR="00015061" w:rsidRDefault="00000000">
            <w:pPr>
              <w:spacing w:after="0"/>
            </w:pPr>
            <w:r>
              <w:rPr>
                <w:b/>
              </w:rPr>
              <w:t>Hospitality notes:</w:t>
            </w:r>
            <w:r>
              <w:t xml:space="preserve"> __________________________________________________________________________________________</w:t>
            </w:r>
          </w:p>
        </w:tc>
      </w:tr>
    </w:tbl>
    <w:p w14:paraId="248C5358" w14:textId="77777777" w:rsidR="00015061" w:rsidRDefault="00015061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  <w:gridCol w:w="313"/>
      </w:tblGrid>
      <w:tr w:rsidR="00015061" w14:paraId="077CDD1E" w14:textId="77777777">
        <w:trPr>
          <w:gridAfter w:val="1"/>
          <w:wAfter w:w="313" w:type="dxa"/>
          <w:cantSplit/>
          <w:jc w:val="center"/>
        </w:trPr>
        <w:tc>
          <w:tcPr>
            <w:tcW w:w="10656" w:type="dxa"/>
            <w:tcBorders>
              <w:top w:val="single" w:sz="1" w:space="0" w:color="111111"/>
              <w:left w:val="single" w:sz="1" w:space="0" w:color="111111"/>
              <w:bottom w:val="single" w:sz="1" w:space="0" w:color="111111"/>
              <w:right w:val="single" w:sz="1" w:space="0" w:color="111111"/>
            </w:tcBorders>
            <w:shd w:val="clear" w:color="auto" w:fill="111111"/>
            <w:tcMar>
              <w:top w:w="50" w:type="dxa"/>
              <w:left w:w="90" w:type="dxa"/>
              <w:bottom w:w="40" w:type="dxa"/>
              <w:right w:w="90" w:type="dxa"/>
            </w:tcMar>
          </w:tcPr>
          <w:p w14:paraId="366623EC" w14:textId="77777777" w:rsidR="00015061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7. ADDITIONAL INFORMATION</w:t>
            </w:r>
          </w:p>
        </w:tc>
      </w:tr>
      <w:tr w:rsidR="00015061" w14:paraId="73A504C4" w14:textId="77777777">
        <w:trPr>
          <w:cantSplit/>
          <w:trHeight w:val="504"/>
          <w:jc w:val="center"/>
        </w:trPr>
        <w:tc>
          <w:tcPr>
            <w:tcW w:w="1094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C3B8D35" w14:textId="77777777" w:rsidR="00015061" w:rsidRDefault="00000000">
            <w:pPr>
              <w:spacing w:after="0"/>
            </w:pPr>
            <w:r>
              <w:rPr>
                <w:b/>
              </w:rPr>
              <w:t>Please note any sound restrictions, special requests, venue rules, schedule details, or other information we should know:</w:t>
            </w:r>
          </w:p>
        </w:tc>
      </w:tr>
      <w:tr w:rsidR="00015061" w14:paraId="5CCC34CF" w14:textId="77777777">
        <w:trPr>
          <w:cantSplit/>
          <w:trHeight w:val="720"/>
          <w:jc w:val="center"/>
        </w:trPr>
        <w:tc>
          <w:tcPr>
            <w:tcW w:w="1094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CB4BD3B" w14:textId="77777777" w:rsidR="00015061" w:rsidRDefault="00015061">
            <w:pPr>
              <w:spacing w:after="0"/>
            </w:pPr>
          </w:p>
        </w:tc>
      </w:tr>
      <w:tr w:rsidR="00015061" w14:paraId="67A04A80" w14:textId="77777777">
        <w:trPr>
          <w:cantSplit/>
          <w:trHeight w:val="720"/>
          <w:jc w:val="center"/>
        </w:trPr>
        <w:tc>
          <w:tcPr>
            <w:tcW w:w="1094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112C1C4" w14:textId="77777777" w:rsidR="00015061" w:rsidRDefault="00015061">
            <w:pPr>
              <w:spacing w:after="0"/>
            </w:pPr>
          </w:p>
        </w:tc>
      </w:tr>
      <w:tr w:rsidR="00015061" w14:paraId="2517875A" w14:textId="77777777">
        <w:trPr>
          <w:cantSplit/>
          <w:trHeight w:val="720"/>
          <w:jc w:val="center"/>
        </w:trPr>
        <w:tc>
          <w:tcPr>
            <w:tcW w:w="1094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B570996" w14:textId="77777777" w:rsidR="00015061" w:rsidRDefault="00015061">
            <w:pPr>
              <w:spacing w:after="0"/>
            </w:pPr>
          </w:p>
        </w:tc>
      </w:tr>
      <w:tr w:rsidR="00015061" w14:paraId="0EF76BDB" w14:textId="77777777">
        <w:trPr>
          <w:cantSplit/>
          <w:trHeight w:val="720"/>
          <w:jc w:val="center"/>
        </w:trPr>
        <w:tc>
          <w:tcPr>
            <w:tcW w:w="1094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2B04298" w14:textId="77777777" w:rsidR="00015061" w:rsidRDefault="00015061">
            <w:pPr>
              <w:spacing w:after="0"/>
            </w:pPr>
          </w:p>
        </w:tc>
      </w:tr>
    </w:tbl>
    <w:p w14:paraId="44F17199" w14:textId="77777777" w:rsidR="00015061" w:rsidRDefault="00000000">
      <w:pPr>
        <w:spacing w:before="140"/>
        <w:jc w:val="center"/>
      </w:pPr>
      <w:r>
        <w:rPr>
          <w:color w:val="464646"/>
          <w:sz w:val="17"/>
        </w:rPr>
        <w:t>Thank you. Once we receive this information, Cloud Cover can review the event requirements and provide an accurate quote.</w:t>
      </w:r>
    </w:p>
    <w:p w14:paraId="7D9FC788" w14:textId="77777777" w:rsidR="00015061" w:rsidRDefault="00000000">
      <w:pPr>
        <w:spacing w:after="0"/>
        <w:jc w:val="center"/>
      </w:pPr>
      <w:r>
        <w:rPr>
          <w:b/>
          <w:color w:val="282828"/>
          <w:sz w:val="16"/>
        </w:rPr>
        <w:t>CLOUD COVER  •  ALTERNATIVE ROCK HITS</w:t>
      </w:r>
    </w:p>
    <w:sectPr w:rsidR="00015061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D9D6B" w14:textId="77777777" w:rsidR="00813AE9" w:rsidRDefault="00813AE9">
      <w:pPr>
        <w:spacing w:after="0"/>
      </w:pPr>
      <w:r>
        <w:separator/>
      </w:r>
    </w:p>
  </w:endnote>
  <w:endnote w:type="continuationSeparator" w:id="0">
    <w:p w14:paraId="58EA599F" w14:textId="77777777" w:rsidR="00813AE9" w:rsidRDefault="00813A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487075" w14:textId="77777777" w:rsidR="00015061" w:rsidRDefault="00000000">
    <w:pPr>
      <w:pStyle w:val="Footer"/>
      <w:jc w:val="center"/>
    </w:pPr>
    <w:r>
      <w:rPr>
        <w:color w:val="787878"/>
        <w:sz w:val="15"/>
      </w:rPr>
      <w:t>Cloud Cover Performance Quote Request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A3D725" w14:textId="77777777" w:rsidR="00813AE9" w:rsidRDefault="00813AE9">
      <w:pPr>
        <w:spacing w:after="0"/>
      </w:pPr>
      <w:r>
        <w:separator/>
      </w:r>
    </w:p>
  </w:footnote>
  <w:footnote w:type="continuationSeparator" w:id="0">
    <w:p w14:paraId="0128DB93" w14:textId="77777777" w:rsidR="00813AE9" w:rsidRDefault="00813A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0531052">
    <w:abstractNumId w:val="8"/>
  </w:num>
  <w:num w:numId="2" w16cid:durableId="1066220302">
    <w:abstractNumId w:val="6"/>
  </w:num>
  <w:num w:numId="3" w16cid:durableId="1467358458">
    <w:abstractNumId w:val="5"/>
  </w:num>
  <w:num w:numId="4" w16cid:durableId="1717586879">
    <w:abstractNumId w:val="4"/>
  </w:num>
  <w:num w:numId="5" w16cid:durableId="1375155855">
    <w:abstractNumId w:val="7"/>
  </w:num>
  <w:num w:numId="6" w16cid:durableId="1359965612">
    <w:abstractNumId w:val="3"/>
  </w:num>
  <w:num w:numId="7" w16cid:durableId="2102871766">
    <w:abstractNumId w:val="2"/>
  </w:num>
  <w:num w:numId="8" w16cid:durableId="1453400399">
    <w:abstractNumId w:val="1"/>
  </w:num>
  <w:num w:numId="9" w16cid:durableId="1396632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061"/>
    <w:rsid w:val="00034616"/>
    <w:rsid w:val="0006063C"/>
    <w:rsid w:val="0008757D"/>
    <w:rsid w:val="0015074B"/>
    <w:rsid w:val="00182304"/>
    <w:rsid w:val="0029639D"/>
    <w:rsid w:val="00326F90"/>
    <w:rsid w:val="00713620"/>
    <w:rsid w:val="00813AE9"/>
    <w:rsid w:val="00852ECE"/>
    <w:rsid w:val="00AA1D8D"/>
    <w:rsid w:val="00B47730"/>
    <w:rsid w:val="00C72BAF"/>
    <w:rsid w:val="00CB0664"/>
    <w:rsid w:val="00DC7B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1EB6E7"/>
  <w14:defaultImageDpi w14:val="300"/>
  <w15:docId w15:val="{A07E0084-8019-2C4F-9066-63A35CCEE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2864</Characters>
  <Application>Microsoft Office Word</Application>
  <DocSecurity>0</DocSecurity>
  <Lines>79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Cloud Cover Performance Quote Request Form</dc:title>
  <dc:subject>Client performance quote request form</dc:subject>
  <dc:creator>Cloud Cover</dc:creator>
  <cp:keywords/>
  <dc:description>generated by python-docx</dc:description>
  <cp:lastModifiedBy>guy ellis</cp:lastModifiedBy>
  <cp:revision>4</cp:revision>
  <dcterms:created xsi:type="dcterms:W3CDTF">2026-08-25T21:09:00Z</dcterms:created>
  <dcterms:modified xsi:type="dcterms:W3CDTF">2026-08-25T22:23:00Z</dcterms:modified>
  <cp:category/>
</cp:coreProperties>
</file>